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 ועזרה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גם אני מפספס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עוזרת לו לקום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גרה עם אבא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חוזרת למשחק עם עידוד של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כולם לוחצים ידיים ושמחים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(מבקיעה גול אחרי שמפספסת)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(מעודד את נוגה לנסות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(מוחא כפיים כשהיא מבקיעה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(נופל ונוגה עוזרת לו לקום)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בכדור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בשבת יש משחק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של נוגה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איתן מעודד את נוגה ונותן לה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מבקיעה גול וכולם לוחצים ידיים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הרגישה עצובה כי היא לא הצליחה לבעוט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לעודד אותה ולעזור לה להרגיש טוב ולנסות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הכדור שלה עף מעל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עודד אותה ונתן לה הזדמנות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לוותר ולעזור לחברים גם אם הם מקבוצה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אחרי כל קטע ולשאול את התלמידים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אפשר לדבר בכיתה על מצבים דומים שבהם ילד פיספס ולא ויתר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על נוגה שאוהבת כדורגל, ונבדוק אם הבנו מה קרה בסיפור ואיך הרגישו הדמויות.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נוגה עצובה אחרי הבעיטה הראשונה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הכדור עף מעל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איתן לא שיחק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בא לעודד את נוגה אחרי שהיא פיספסה?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איתן לנוגה כדי לעודד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אני מפספס לפעמים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לא טובה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בואי נלך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שאיתן מוסר לנוגה את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נופלת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מפסיק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נוגה כשילד מהקבוצה השנייה נופל?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לו לקום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גרה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נוגה ואבא שלה בועטים בכדור בגינה.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מפסיקה לשחק לגמרי אחרי שהיא מפספסת.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לאיתן יש שני אבות.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כולם כועסים אחד על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אוהבת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עף מעל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איתן אומר לנוגה: בואי __________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המשחק כולם __________ 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נופל ונוגה עוזרת לו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מוחא כפיים כשהיא מבקיעה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אבא של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מעודד את נוגה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 מהקבוצה השנייה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מבקיעה גול אחרי שמפספסת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של נוגה עף מעל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מעודד את נוגה ונותן לה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מבקיעה גול וכולם לוחצים ידיים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יש משחק בפארק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ואבא בועטים בכדור בגינה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הרגישה נוגה אחרי שהכדור עף מעל השער?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איתן ניגש לנוגה אחרי שהיא פיספסה?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לנוגה להרגיש עצובה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איתן עזר לנוגה?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לומדים מהסיפור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–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