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– נוגה לא מוותרת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רצף האירועים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רגשות של הדמויות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ערכים כמו התמדה ועזרה לחברים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כי הכדור עף מעל השער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איתן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בסיפור כתוב שהיא גרה עם אבא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כדורגל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דמות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(מבקיעה גול אחרי שמפספסת)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(מעודד את נוגה לנסות שוב)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אירועי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נוגה ואבא בועטים בכדור בגינה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בשבת יש משחק בפארק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הכדור של נוגה עף מעל השער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איתן מעודד את נוגה ונותן לה את הכדור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היא הרגישה עצובה כי היא לא הצליחה לבעוט לשער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הכדור שלה עף מעל השער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הוא עודד אותה ונתן לה הזדמנות נוספת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 לוותר ולעזור לחברים גם אם הם מקבוצה אחרת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בקול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לעצור אחרי כל קטע ולשאול את התלמידים מה הרגישו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לסיום אפשר לדבר בכיתה על מצבים דומים שבהם ילד פיספס ולא ויתר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– נוגה לא מוותרת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נקרא על נוגה שאוהבת כדורגל, ונבדוק אם הבנו מה קרה בסיפור ואיך הרגישו הדמויות.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כדורגל  ·  שער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נוגה עצובה אחרי הבעיטה הראשונה 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הכדור עף מעל השער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איתן לא שיחק איתה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ירד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בא לעודד את נוגה אחרי שהיא פיספסה?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אבא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ילד מהקבוצה השנייה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נוגה גרה עם אמא 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ערב נוגה ואבא שלה בועטים בכדור בגינה.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נוגה אוהבת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הכדור עף מעל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דמות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נוגה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מעודד את נוגה לנסות 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איתן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מבקיעה גול אחרי שמפספסת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אירועי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הכדור של נוגה עף מעל השער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איתן מעודד את נוגה ונותן לה את הכדור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בשבת יש משחק בפארק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נוגה ואבא בועטים בכדור בגינה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איך הרגישה נוגה אחרי שהכדור עף מעל השער?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גרם לנוגה להרגיש עצובה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איתן עזר לנוגה?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הסיפור – נוגה לא מוותרת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